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BE3F7" w14:textId="042B59FF" w:rsidR="00B82221" w:rsidRPr="00037886" w:rsidRDefault="00B82221" w:rsidP="00037886">
      <w:pPr>
        <w:pStyle w:val="a9"/>
        <w:spacing w:afterLines="50" w:after="120"/>
        <w:jc w:val="center"/>
        <w:rPr>
          <w:rFonts w:ascii="標楷體" w:eastAsia="標楷體" w:hAnsi="標楷體"/>
          <w:b/>
          <w:bCs/>
          <w:sz w:val="40"/>
          <w:szCs w:val="40"/>
          <w:lang w:eastAsia="zh-TW"/>
        </w:rPr>
      </w:pPr>
      <w:proofErr w:type="gramStart"/>
      <w:r w:rsidRPr="00B82221">
        <w:rPr>
          <w:rFonts w:ascii="標楷體" w:eastAsia="標楷體" w:hAnsi="標楷體" w:hint="eastAsia"/>
          <w:b/>
          <w:bCs/>
          <w:sz w:val="40"/>
          <w:szCs w:val="40"/>
          <w:lang w:eastAsia="zh-TW"/>
        </w:rPr>
        <w:t>台灣數位永續協會官網</w:t>
      </w:r>
      <w:proofErr w:type="gramEnd"/>
      <w:r w:rsidRPr="00B82221">
        <w:rPr>
          <w:rFonts w:ascii="標楷體" w:eastAsia="標楷體" w:hAnsi="標楷體" w:hint="eastAsia"/>
          <w:b/>
          <w:bCs/>
          <w:sz w:val="40"/>
          <w:szCs w:val="40"/>
          <w:lang w:eastAsia="zh-TW"/>
        </w:rPr>
        <w:t xml:space="preserve"> </w:t>
      </w:r>
      <w:r w:rsidR="00764393">
        <w:rPr>
          <w:rFonts w:ascii="標楷體" w:eastAsia="標楷體" w:hAnsi="標楷體" w:hint="eastAsia"/>
          <w:b/>
          <w:bCs/>
          <w:sz w:val="40"/>
          <w:szCs w:val="40"/>
          <w:lang w:eastAsia="zh-TW"/>
        </w:rPr>
        <w:t>活動</w:t>
      </w:r>
      <w:r w:rsidRPr="00B82221">
        <w:rPr>
          <w:rFonts w:ascii="標楷體" w:eastAsia="標楷體" w:hAnsi="標楷體" w:hint="eastAsia"/>
          <w:b/>
          <w:bCs/>
          <w:sz w:val="40"/>
          <w:szCs w:val="40"/>
          <w:lang w:eastAsia="zh-TW"/>
        </w:rPr>
        <w:t>訊息刊登申請表</w:t>
      </w:r>
    </w:p>
    <w:tbl>
      <w:tblPr>
        <w:tblStyle w:val="aff2"/>
        <w:tblW w:w="11041" w:type="dxa"/>
        <w:tblLayout w:type="fixed"/>
        <w:tblLook w:val="04A0" w:firstRow="1" w:lastRow="0" w:firstColumn="1" w:lastColumn="0" w:noHBand="0" w:noVBand="1"/>
      </w:tblPr>
      <w:tblGrid>
        <w:gridCol w:w="1367"/>
        <w:gridCol w:w="1366"/>
        <w:gridCol w:w="239"/>
        <w:gridCol w:w="1609"/>
        <w:gridCol w:w="1479"/>
        <w:gridCol w:w="139"/>
        <w:gridCol w:w="425"/>
        <w:gridCol w:w="855"/>
        <w:gridCol w:w="332"/>
        <w:gridCol w:w="372"/>
        <w:gridCol w:w="1238"/>
        <w:gridCol w:w="37"/>
        <w:gridCol w:w="1583"/>
      </w:tblGrid>
      <w:tr w:rsidR="009D6775" w14:paraId="33FBDB35" w14:textId="77777777" w:rsidTr="00037886">
        <w:trPr>
          <w:trHeight w:val="764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591E96DD" w14:textId="278D2257" w:rsidR="00281BF0" w:rsidRPr="00524805" w:rsidRDefault="00281BF0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活動名稱</w:t>
            </w:r>
            <w:r w:rsidR="00524805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5BFAEA24" w14:textId="52D2F72B" w:rsidR="00281BF0" w:rsidRPr="00524805" w:rsidRDefault="00281BF0" w:rsidP="00037886">
            <w:pPr>
              <w:jc w:val="center"/>
              <w:rPr>
                <w:rFonts w:ascii="微軟正黑體" w:eastAsia="微軟正黑體" w:hAnsi="微軟正黑體"/>
                <w:color w:val="0000FF"/>
                <w:sz w:val="20"/>
                <w:szCs w:val="20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(20字</w:t>
            </w:r>
            <w:proofErr w:type="gramStart"/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以內)</w:t>
            </w:r>
            <w:proofErr w:type="gramEnd"/>
          </w:p>
        </w:tc>
        <w:tc>
          <w:tcPr>
            <w:tcW w:w="9674" w:type="dxa"/>
            <w:gridSpan w:val="12"/>
            <w:tcBorders>
              <w:bottom w:val="single" w:sz="4" w:space="0" w:color="auto"/>
            </w:tcBorders>
            <w:vAlign w:val="center"/>
          </w:tcPr>
          <w:p w14:paraId="43F548EF" w14:textId="2945CE92" w:rsidR="00281BF0" w:rsidRPr="00BB3D9C" w:rsidRDefault="00281BF0" w:rsidP="009F038E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D6775" w14:paraId="28C6E00A" w14:textId="77777777" w:rsidTr="00037886">
        <w:trPr>
          <w:trHeight w:val="390"/>
        </w:trPr>
        <w:tc>
          <w:tcPr>
            <w:tcW w:w="1367" w:type="dxa"/>
            <w:vMerge w:val="restart"/>
            <w:shd w:val="clear" w:color="auto" w:fill="DBE5F1" w:themeFill="accent1" w:themeFillTint="33"/>
            <w:vAlign w:val="center"/>
          </w:tcPr>
          <w:p w14:paraId="1563F4C5" w14:textId="1BD411F1" w:rsidR="00281BF0" w:rsidRPr="00524805" w:rsidRDefault="00281BF0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活動類型</w:t>
            </w:r>
            <w:r w:rsidR="00524805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601546AF" w14:textId="5F96A4B0" w:rsidR="00281BF0" w:rsidRPr="00281BF0" w:rsidRDefault="00281BF0" w:rsidP="00037886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</w:t>
            </w:r>
            <w:proofErr w:type="gramStart"/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限選1項</w:t>
            </w:r>
            <w:proofErr w:type="gramEnd"/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1605" w:type="dxa"/>
            <w:gridSpan w:val="2"/>
            <w:tcBorders>
              <w:bottom w:val="nil"/>
              <w:right w:val="nil"/>
            </w:tcBorders>
          </w:tcPr>
          <w:p w14:paraId="5C6B201E" w14:textId="35156BCE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proofErr w:type="gramStart"/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線上活動</w:t>
            </w:r>
            <w:proofErr w:type="gramEnd"/>
          </w:p>
        </w:tc>
        <w:tc>
          <w:tcPr>
            <w:tcW w:w="3227" w:type="dxa"/>
            <w:gridSpan w:val="3"/>
            <w:tcBorders>
              <w:left w:val="nil"/>
              <w:bottom w:val="nil"/>
              <w:right w:val="nil"/>
            </w:tcBorders>
          </w:tcPr>
          <w:p w14:paraId="0CB7C003" w14:textId="2A8D9676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proofErr w:type="gramStart"/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線上</w:t>
            </w:r>
            <w:proofErr w:type="gramEnd"/>
            <w:r w:rsidRPr="00281BF0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/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實體混合</w:t>
            </w:r>
          </w:p>
        </w:tc>
        <w:tc>
          <w:tcPr>
            <w:tcW w:w="1612" w:type="dxa"/>
            <w:gridSpan w:val="3"/>
            <w:tcBorders>
              <w:left w:val="nil"/>
              <w:bottom w:val="nil"/>
              <w:right w:val="nil"/>
            </w:tcBorders>
          </w:tcPr>
          <w:p w14:paraId="004DF854" w14:textId="07AE11A9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高峰論壇</w:t>
            </w:r>
          </w:p>
        </w:tc>
        <w:tc>
          <w:tcPr>
            <w:tcW w:w="1610" w:type="dxa"/>
            <w:gridSpan w:val="2"/>
            <w:tcBorders>
              <w:left w:val="nil"/>
              <w:bottom w:val="nil"/>
              <w:right w:val="nil"/>
            </w:tcBorders>
          </w:tcPr>
          <w:p w14:paraId="4A3C5BB2" w14:textId="3BE83A64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專題演講</w:t>
            </w:r>
          </w:p>
        </w:tc>
        <w:tc>
          <w:tcPr>
            <w:tcW w:w="1620" w:type="dxa"/>
            <w:gridSpan w:val="2"/>
            <w:tcBorders>
              <w:left w:val="nil"/>
              <w:bottom w:val="nil"/>
            </w:tcBorders>
          </w:tcPr>
          <w:p w14:paraId="2B459DE3" w14:textId="5714D86E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研討會</w:t>
            </w:r>
          </w:p>
        </w:tc>
      </w:tr>
      <w:tr w:rsidR="00524805" w14:paraId="476349F1" w14:textId="77777777" w:rsidTr="00037886">
        <w:trPr>
          <w:trHeight w:val="389"/>
        </w:trPr>
        <w:tc>
          <w:tcPr>
            <w:tcW w:w="1367" w:type="dxa"/>
            <w:vMerge/>
            <w:shd w:val="clear" w:color="auto" w:fill="DBE5F1" w:themeFill="accent1" w:themeFillTint="33"/>
            <w:vAlign w:val="center"/>
          </w:tcPr>
          <w:p w14:paraId="7C28231F" w14:textId="77777777" w:rsidR="00281BF0" w:rsidRDefault="00281BF0" w:rsidP="00037886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  <w:tc>
          <w:tcPr>
            <w:tcW w:w="1605" w:type="dxa"/>
            <w:gridSpan w:val="2"/>
            <w:tcBorders>
              <w:top w:val="nil"/>
              <w:right w:val="nil"/>
            </w:tcBorders>
          </w:tcPr>
          <w:p w14:paraId="069D373E" w14:textId="12F846B5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座談交流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</w:tcPr>
          <w:p w14:paraId="585CED62" w14:textId="45D38DEC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圓桌論壇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00BBAB9" w14:textId="6B5BBB0E" w:rsidR="00281BF0" w:rsidRDefault="00281BF0" w:rsidP="009F038E">
            <w:pPr>
              <w:jc w:val="right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工作坊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right w:val="nil"/>
            </w:tcBorders>
          </w:tcPr>
          <w:p w14:paraId="5D06F0D2" w14:textId="551C4AC1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培訓課程</w:t>
            </w:r>
          </w:p>
        </w:tc>
        <w:tc>
          <w:tcPr>
            <w:tcW w:w="1610" w:type="dxa"/>
            <w:gridSpan w:val="2"/>
            <w:tcBorders>
              <w:top w:val="nil"/>
              <w:left w:val="nil"/>
              <w:right w:val="nil"/>
            </w:tcBorders>
          </w:tcPr>
          <w:p w14:paraId="6E51892C" w14:textId="74FDD087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成果發表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</w:tcBorders>
          </w:tcPr>
          <w:p w14:paraId="2AD84F34" w14:textId="47A95C93" w:rsidR="00281BF0" w:rsidRDefault="00281BF0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專題演講</w:t>
            </w:r>
          </w:p>
        </w:tc>
      </w:tr>
      <w:tr w:rsidR="00281BF0" w14:paraId="14244C75" w14:textId="77777777" w:rsidTr="00037886">
        <w:trPr>
          <w:trHeight w:val="412"/>
        </w:trPr>
        <w:tc>
          <w:tcPr>
            <w:tcW w:w="1367" w:type="dxa"/>
            <w:vMerge w:val="restart"/>
            <w:shd w:val="clear" w:color="auto" w:fill="DBE5F1" w:themeFill="accent1" w:themeFillTint="33"/>
            <w:vAlign w:val="center"/>
          </w:tcPr>
          <w:p w14:paraId="708D998D" w14:textId="3DF34862" w:rsidR="00281BF0" w:rsidRPr="00524805" w:rsidRDefault="00281BF0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活動分類與標籤</w:t>
            </w:r>
          </w:p>
        </w:tc>
        <w:tc>
          <w:tcPr>
            <w:tcW w:w="1366" w:type="dxa"/>
            <w:shd w:val="clear" w:color="auto" w:fill="ECF1F8"/>
          </w:tcPr>
          <w:p w14:paraId="572BBC39" w14:textId="07CC752C" w:rsidR="00281BF0" w:rsidRDefault="00281BF0" w:rsidP="009F038E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活動</w:t>
            </w:r>
            <w:r w:rsidRPr="00281BF0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分類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4CA0B1E1" w14:textId="77D1F776" w:rsidR="00281BF0" w:rsidRPr="009F038E" w:rsidRDefault="00281BF0" w:rsidP="009F038E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</w:t>
            </w:r>
            <w:r w:rsidR="009F038E"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最多</w:t>
            </w: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3項)</w:t>
            </w:r>
          </w:p>
        </w:tc>
        <w:tc>
          <w:tcPr>
            <w:tcW w:w="8308" w:type="dxa"/>
            <w:gridSpan w:val="11"/>
          </w:tcPr>
          <w:p w14:paraId="03489FBA" w14:textId="4DBF3D1A" w:rsidR="00281BF0" w:rsidRDefault="009F038E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數位科技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數位經濟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數位人才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資通安全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數位治理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="00524805"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="00524805"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數位政策</w:t>
            </w:r>
            <w: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br/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數位共融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數位韌性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永續發展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產業創新</w:t>
            </w:r>
          </w:p>
        </w:tc>
      </w:tr>
      <w:tr w:rsidR="009F038E" w14:paraId="774AA82D" w14:textId="77777777" w:rsidTr="00037886">
        <w:trPr>
          <w:trHeight w:val="428"/>
        </w:trPr>
        <w:tc>
          <w:tcPr>
            <w:tcW w:w="1367" w:type="dxa"/>
            <w:vMerge/>
            <w:shd w:val="clear" w:color="auto" w:fill="DBE5F1" w:themeFill="accent1" w:themeFillTint="33"/>
            <w:vAlign w:val="center"/>
          </w:tcPr>
          <w:p w14:paraId="4F95EC96" w14:textId="77777777" w:rsidR="009F038E" w:rsidRDefault="009F038E" w:rsidP="00037886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</w:p>
        </w:tc>
        <w:tc>
          <w:tcPr>
            <w:tcW w:w="1366" w:type="dxa"/>
            <w:shd w:val="clear" w:color="auto" w:fill="ECF1F8"/>
          </w:tcPr>
          <w:p w14:paraId="18A4F5E6" w14:textId="6FF7B6F3" w:rsidR="009F038E" w:rsidRDefault="009F038E" w:rsidP="009F038E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活動標籤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49C184B1" w14:textId="0B7A3DCB" w:rsidR="009F038E" w:rsidRDefault="009F038E" w:rsidP="009F038E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(最多3項)</w:t>
            </w:r>
          </w:p>
        </w:tc>
        <w:tc>
          <w:tcPr>
            <w:tcW w:w="8308" w:type="dxa"/>
            <w:gridSpan w:val="11"/>
          </w:tcPr>
          <w:p w14:paraId="45A21D4B" w14:textId="05E6DC98" w:rsidR="009F038E" w:rsidRDefault="009F038E" w:rsidP="00281BF0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人工智慧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數位轉型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資料與分析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資通安全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智慧應用</w:t>
            </w:r>
            <w:r w:rsid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="00524805"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="00524805"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金融科技</w:t>
            </w:r>
            <w: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br/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雲端運算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人才培育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產業創新</w:t>
            </w:r>
            <w:r w:rsid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 </w:t>
            </w: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9F038E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t>ESG</w:t>
            </w:r>
            <w:r w:rsidRPr="009F038E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永續</w:t>
            </w:r>
          </w:p>
        </w:tc>
      </w:tr>
      <w:tr w:rsidR="009F038E" w14:paraId="3C06EB1E" w14:textId="77777777" w:rsidTr="00BB3D9C">
        <w:trPr>
          <w:trHeight w:val="1145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2151B99D" w14:textId="77777777" w:rsidR="009F038E" w:rsidRPr="00524805" w:rsidRDefault="009F038E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活動對象</w:t>
            </w:r>
          </w:p>
          <w:p w14:paraId="08DE95B0" w14:textId="4DD26952" w:rsidR="009F038E" w:rsidRPr="009F038E" w:rsidRDefault="009F038E" w:rsidP="00037886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(600字元</w:t>
            </w:r>
            <w:r w:rsidR="009D6775"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內</w:t>
            </w: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9674" w:type="dxa"/>
            <w:gridSpan w:val="12"/>
            <w:vAlign w:val="center"/>
          </w:tcPr>
          <w:p w14:paraId="5E213BFB" w14:textId="77777777" w:rsidR="009F038E" w:rsidRPr="00BB3D9C" w:rsidRDefault="009F038E" w:rsidP="009F038E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D6775" w14:paraId="560D21AB" w14:textId="77777777" w:rsidTr="00037886">
        <w:trPr>
          <w:trHeight w:val="412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0622AFB3" w14:textId="2D33348F" w:rsidR="00281BF0" w:rsidRPr="00524805" w:rsidRDefault="009F038E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</w:t>
            </w:r>
            <w:r w:rsidRPr="00524805"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  <w:br/>
            </w: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起訖時間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9674" w:type="dxa"/>
            <w:gridSpan w:val="12"/>
            <w:vAlign w:val="center"/>
          </w:tcPr>
          <w:p w14:paraId="7BBB287C" w14:textId="496972DC" w:rsidR="00281BF0" w:rsidRPr="009F038E" w:rsidRDefault="009F038E" w:rsidP="009D6775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F038E">
              <w:rPr>
                <w:rFonts w:ascii="微軟正黑體" w:eastAsia="微軟正黑體" w:hAnsi="微軟正黑體" w:hint="eastAsia"/>
                <w:color w:val="808080" w:themeColor="background1" w:themeShade="80"/>
                <w:sz w:val="24"/>
                <w:szCs w:val="24"/>
                <w:lang w:eastAsia="zh-TW"/>
              </w:rPr>
              <w:t>（西元）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年　　月　　日　　時　　分～　</w:t>
            </w:r>
            <w:r w:rsidRPr="009F038E">
              <w:rPr>
                <w:rFonts w:ascii="微軟正黑體" w:eastAsia="微軟正黑體" w:hAnsi="微軟正黑體" w:hint="eastAsia"/>
                <w:color w:val="808080" w:themeColor="background1" w:themeShade="80"/>
                <w:sz w:val="24"/>
                <w:szCs w:val="24"/>
                <w:lang w:eastAsia="zh-TW"/>
              </w:rPr>
              <w:t>（西元）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年　　月　　日　　時　　分</w:t>
            </w:r>
          </w:p>
        </w:tc>
      </w:tr>
      <w:tr w:rsidR="009D6775" w14:paraId="7E2C1D97" w14:textId="77777777" w:rsidTr="00037886">
        <w:trPr>
          <w:trHeight w:val="412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50D18A71" w14:textId="024B0AA9" w:rsidR="009F038E" w:rsidRPr="00524805" w:rsidRDefault="009F038E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報名</w:t>
            </w:r>
            <w:r w:rsidRPr="00524805"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  <w:br/>
            </w: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起訖時間</w:t>
            </w:r>
          </w:p>
        </w:tc>
        <w:tc>
          <w:tcPr>
            <w:tcW w:w="9674" w:type="dxa"/>
            <w:gridSpan w:val="12"/>
            <w:vAlign w:val="center"/>
          </w:tcPr>
          <w:p w14:paraId="11B8EB6B" w14:textId="060D6147" w:rsidR="009F038E" w:rsidRDefault="009F038E" w:rsidP="009D6775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9F038E">
              <w:rPr>
                <w:rFonts w:ascii="微軟正黑體" w:eastAsia="微軟正黑體" w:hAnsi="微軟正黑體" w:hint="eastAsia"/>
                <w:color w:val="808080" w:themeColor="background1" w:themeShade="80"/>
                <w:sz w:val="24"/>
                <w:szCs w:val="24"/>
                <w:lang w:eastAsia="zh-TW"/>
              </w:rPr>
              <w:t>（西元）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 xml:space="preserve">年　　月　　日　　時　　分～　</w:t>
            </w:r>
            <w:r w:rsidRPr="009F038E">
              <w:rPr>
                <w:rFonts w:ascii="微軟正黑體" w:eastAsia="微軟正黑體" w:hAnsi="微軟正黑體" w:hint="eastAsia"/>
                <w:color w:val="808080" w:themeColor="background1" w:themeShade="80"/>
                <w:sz w:val="24"/>
                <w:szCs w:val="24"/>
                <w:lang w:eastAsia="zh-TW"/>
              </w:rPr>
              <w:t>（西元）</w:t>
            </w:r>
            <w:r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年　　月　　日　　時　　分</w:t>
            </w:r>
          </w:p>
        </w:tc>
      </w:tr>
      <w:tr w:rsidR="009D6775" w14:paraId="5BB3B27F" w14:textId="77777777" w:rsidTr="00037886">
        <w:trPr>
          <w:trHeight w:val="428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7D78331F" w14:textId="07DE94BB" w:rsidR="00281BF0" w:rsidRPr="00524805" w:rsidRDefault="009F038E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活動地點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  <w:r w:rsidR="005779CA"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／</w:t>
            </w: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地址</w:t>
            </w:r>
          </w:p>
        </w:tc>
        <w:tc>
          <w:tcPr>
            <w:tcW w:w="9674" w:type="dxa"/>
            <w:gridSpan w:val="12"/>
            <w:vAlign w:val="center"/>
          </w:tcPr>
          <w:p w14:paraId="074E237A" w14:textId="77777777" w:rsidR="00281BF0" w:rsidRPr="00BB3D9C" w:rsidRDefault="00281BF0" w:rsidP="00524805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524805" w14:paraId="6551D8C6" w14:textId="77777777" w:rsidTr="00037886">
        <w:trPr>
          <w:trHeight w:val="412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5BD17F3A" w14:textId="77777777" w:rsidR="00524805" w:rsidRPr="00524805" w:rsidRDefault="00524805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活動地點連結</w:t>
            </w:r>
          </w:p>
          <w:p w14:paraId="17D38E4D" w14:textId="7DB59398" w:rsidR="00524805" w:rsidRPr="005779CA" w:rsidRDefault="00524805" w:rsidP="00037886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(無則免)</w:t>
            </w:r>
          </w:p>
        </w:tc>
        <w:tc>
          <w:tcPr>
            <w:tcW w:w="4693" w:type="dxa"/>
            <w:gridSpan w:val="4"/>
            <w:vAlign w:val="center"/>
          </w:tcPr>
          <w:p w14:paraId="055BFD70" w14:textId="77777777" w:rsidR="00524805" w:rsidRPr="00BB3D9C" w:rsidRDefault="00524805" w:rsidP="00524805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  <w:tc>
          <w:tcPr>
            <w:tcW w:w="1419" w:type="dxa"/>
            <w:gridSpan w:val="3"/>
            <w:shd w:val="clear" w:color="auto" w:fill="DBE5F1" w:themeFill="accent1" w:themeFillTint="33"/>
            <w:vAlign w:val="center"/>
          </w:tcPr>
          <w:p w14:paraId="21525AD0" w14:textId="392CAF32" w:rsidR="00524805" w:rsidRPr="00524805" w:rsidRDefault="00524805" w:rsidP="00524805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活動費用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351670B4" w14:textId="6F72B47A" w:rsidR="00524805" w:rsidRDefault="00524805" w:rsidP="00524805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18"/>
                <w:szCs w:val="18"/>
                <w:lang w:eastAsia="zh-TW"/>
              </w:rPr>
              <w:t>(免費請填0)</w:t>
            </w:r>
          </w:p>
        </w:tc>
        <w:tc>
          <w:tcPr>
            <w:tcW w:w="3562" w:type="dxa"/>
            <w:gridSpan w:val="5"/>
            <w:vAlign w:val="center"/>
          </w:tcPr>
          <w:p w14:paraId="2A06E37C" w14:textId="71AFEE75" w:rsidR="00524805" w:rsidRPr="00BB3D9C" w:rsidRDefault="00524805" w:rsidP="00524805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D6775" w14:paraId="39A0FA46" w14:textId="77777777" w:rsidTr="00037886">
        <w:trPr>
          <w:trHeight w:val="428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399C1886" w14:textId="1F13A416" w:rsidR="00281BF0" w:rsidRPr="00524805" w:rsidRDefault="005779CA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活動網址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</w:tc>
        <w:tc>
          <w:tcPr>
            <w:tcW w:w="9674" w:type="dxa"/>
            <w:gridSpan w:val="12"/>
            <w:vAlign w:val="center"/>
          </w:tcPr>
          <w:p w14:paraId="34659F67" w14:textId="77777777" w:rsidR="00281BF0" w:rsidRPr="00BB3D9C" w:rsidRDefault="00281BF0" w:rsidP="00037886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D6775" w14:paraId="62C0D84C" w14:textId="77777777" w:rsidTr="00037886">
        <w:trPr>
          <w:trHeight w:val="412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2920BA91" w14:textId="77777777" w:rsidR="00281BF0" w:rsidRPr="00524805" w:rsidRDefault="005779CA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報名須知</w:t>
            </w:r>
          </w:p>
          <w:p w14:paraId="6FAE30AF" w14:textId="50DF1043" w:rsidR="005779CA" w:rsidRDefault="005779CA" w:rsidP="00037886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(300字元</w:t>
            </w:r>
            <w:r w:rsidR="009D6775"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內</w:t>
            </w: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9674" w:type="dxa"/>
            <w:gridSpan w:val="12"/>
            <w:vAlign w:val="center"/>
          </w:tcPr>
          <w:p w14:paraId="088EA0F0" w14:textId="77777777" w:rsidR="00281BF0" w:rsidRPr="00BB3D9C" w:rsidRDefault="00281BF0" w:rsidP="00037886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D6775" w14:paraId="3CA505D3" w14:textId="77777777" w:rsidTr="00BB3D9C">
        <w:trPr>
          <w:trHeight w:val="1883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4A7BCDCB" w14:textId="75230A07" w:rsidR="00281BF0" w:rsidRPr="00524805" w:rsidRDefault="005779CA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活動簡介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1B36D5E5" w14:textId="59E3219F" w:rsidR="005779CA" w:rsidRPr="005779CA" w:rsidRDefault="005779CA" w:rsidP="00037886">
            <w:pPr>
              <w:jc w:val="center"/>
              <w:rPr>
                <w:rFonts w:ascii="微軟正黑體" w:eastAsia="微軟正黑體" w:hAnsi="微軟正黑體"/>
                <w:sz w:val="20"/>
                <w:szCs w:val="20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(最多3</w:t>
            </w:r>
            <w:r w:rsidR="009D6775"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,</w:t>
            </w: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000字元，可</w:t>
            </w:r>
            <w:r w:rsid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放</w:t>
            </w: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圖片)</w:t>
            </w:r>
          </w:p>
        </w:tc>
        <w:tc>
          <w:tcPr>
            <w:tcW w:w="9674" w:type="dxa"/>
            <w:gridSpan w:val="12"/>
            <w:vAlign w:val="center"/>
          </w:tcPr>
          <w:p w14:paraId="21B87674" w14:textId="77777777" w:rsidR="00281BF0" w:rsidRPr="00BB3D9C" w:rsidRDefault="00281BF0" w:rsidP="00037886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</w:p>
        </w:tc>
      </w:tr>
      <w:tr w:rsidR="009D6775" w14:paraId="1B017759" w14:textId="77777777" w:rsidTr="00037886">
        <w:trPr>
          <w:trHeight w:val="412"/>
        </w:trPr>
        <w:tc>
          <w:tcPr>
            <w:tcW w:w="1367" w:type="dxa"/>
            <w:shd w:val="clear" w:color="auto" w:fill="DBE5F1" w:themeFill="accent1" w:themeFillTint="33"/>
            <w:vAlign w:val="center"/>
          </w:tcPr>
          <w:p w14:paraId="0C818010" w14:textId="0B468D6E" w:rsidR="009D6775" w:rsidRPr="00524805" w:rsidRDefault="009D6775" w:rsidP="00037886">
            <w:pPr>
              <w:jc w:val="center"/>
              <w:rPr>
                <w:rFonts w:ascii="微軟正黑體" w:eastAsia="微軟正黑體" w:hAnsi="微軟正黑體"/>
                <w:b/>
                <w:bCs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b/>
                <w:bCs/>
                <w:sz w:val="24"/>
                <w:szCs w:val="24"/>
                <w:lang w:eastAsia="zh-TW"/>
              </w:rPr>
              <w:t>活動宣傳圖檔</w:t>
            </w:r>
          </w:p>
        </w:tc>
        <w:tc>
          <w:tcPr>
            <w:tcW w:w="5257" w:type="dxa"/>
            <w:gridSpan w:val="6"/>
            <w:shd w:val="clear" w:color="auto" w:fill="ECF1F8"/>
            <w:vAlign w:val="center"/>
          </w:tcPr>
          <w:p w14:paraId="10A5C1BB" w14:textId="179ACBD6" w:rsidR="009D6775" w:rsidRPr="00524805" w:rsidRDefault="009D6775" w:rsidP="009D6775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主視覺圖片</w:t>
            </w:r>
            <w:r w:rsidR="00037886" w:rsidRPr="00524805">
              <w:rPr>
                <w:rFonts w:ascii="微軟正黑體" w:eastAsia="微軟正黑體" w:hAnsi="微軟正黑體" w:hint="eastAsia"/>
                <w:b/>
                <w:bCs/>
                <w:color w:val="FF0000"/>
                <w:sz w:val="24"/>
                <w:szCs w:val="24"/>
                <w:lang w:eastAsia="zh-TW"/>
              </w:rPr>
              <w:t>*</w:t>
            </w:r>
          </w:p>
          <w:p w14:paraId="6A5C89B6" w14:textId="48F1E6F2" w:rsidR="009D6775" w:rsidRDefault="009D6775" w:rsidP="009D6775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(建議規格：1030×600</w:t>
            </w:r>
            <w:r w:rsidR="0057714B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 xml:space="preserve"> </w:t>
            </w:r>
            <w:r w:rsidRPr="00524805">
              <w:rPr>
                <w:rFonts w:ascii="微軟正黑體" w:eastAsia="微軟正黑體" w:hAnsi="微軟正黑體" w:hint="eastAsia"/>
                <w:color w:val="0000FF"/>
                <w:sz w:val="20"/>
                <w:szCs w:val="20"/>
                <w:lang w:eastAsia="zh-TW"/>
              </w:rPr>
              <w:t>px，JPG/PNG，5MB以下)</w:t>
            </w:r>
          </w:p>
        </w:tc>
        <w:tc>
          <w:tcPr>
            <w:tcW w:w="1559" w:type="dxa"/>
            <w:gridSpan w:val="3"/>
            <w:vAlign w:val="center"/>
          </w:tcPr>
          <w:p w14:paraId="7B1BEE65" w14:textId="7B4AFE53" w:rsidR="009D6775" w:rsidRDefault="009D6775" w:rsidP="00524805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共1張</w:t>
            </w:r>
          </w:p>
        </w:tc>
        <w:tc>
          <w:tcPr>
            <w:tcW w:w="1275" w:type="dxa"/>
            <w:gridSpan w:val="2"/>
            <w:shd w:val="clear" w:color="auto" w:fill="ECF1F8"/>
            <w:vAlign w:val="center"/>
          </w:tcPr>
          <w:p w14:paraId="79958C61" w14:textId="51B936B9" w:rsidR="009D6775" w:rsidRPr="00524805" w:rsidRDefault="009D6775" w:rsidP="009D6775">
            <w:pPr>
              <w:jc w:val="center"/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其他圖片</w:t>
            </w:r>
            <w:r w:rsidRPr="00524805"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  <w:br/>
            </w:r>
            <w:r w:rsidRPr="00524805">
              <w:rPr>
                <w:rFonts w:ascii="微軟正黑體" w:eastAsia="微軟正黑體" w:hAnsi="微軟正黑體" w:hint="eastAsia"/>
                <w:sz w:val="20"/>
                <w:szCs w:val="20"/>
                <w:lang w:eastAsia="zh-TW"/>
              </w:rPr>
              <w:t>(無則免)</w:t>
            </w:r>
          </w:p>
        </w:tc>
        <w:tc>
          <w:tcPr>
            <w:tcW w:w="1583" w:type="dxa"/>
            <w:vAlign w:val="center"/>
          </w:tcPr>
          <w:p w14:paraId="5F1A9CE2" w14:textId="3B6F99BA" w:rsidR="009D6775" w:rsidRDefault="009D6775" w:rsidP="00524805">
            <w:pPr>
              <w:rPr>
                <w:rFonts w:ascii="微軟正黑體" w:eastAsia="微軟正黑體" w:hAnsi="微軟正黑體"/>
                <w:sz w:val="24"/>
                <w:szCs w:val="24"/>
                <w:lang w:eastAsia="zh-TW"/>
              </w:rPr>
            </w:pPr>
            <w:r w:rsidRPr="00281BF0">
              <w:rPr>
                <w:rFonts w:ascii="新細明體" w:eastAsia="新細明體" w:hAnsi="新細明體" w:hint="eastAsia"/>
                <w:sz w:val="24"/>
                <w:szCs w:val="24"/>
                <w:lang w:eastAsia="zh-TW"/>
              </w:rPr>
              <w:t>□</w:t>
            </w:r>
            <w:r w:rsidRP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共</w:t>
            </w:r>
            <w:r w:rsidRPr="00BB3D9C">
              <w:rPr>
                <w:rFonts w:ascii="Times New Roman" w:eastAsia="標楷體" w:hAnsi="Times New Roman" w:cs="Times New Roman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BB3D9C">
              <w:rPr>
                <w:rFonts w:ascii="Times New Roman" w:eastAsia="微軟正黑體" w:hAnsi="Times New Roman" w:cs="Times New Roman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524805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張</w:t>
            </w:r>
          </w:p>
        </w:tc>
      </w:tr>
    </w:tbl>
    <w:p w14:paraId="5A53FA67" w14:textId="78F82DDC" w:rsidR="00764393" w:rsidRPr="00764393" w:rsidRDefault="00764393" w:rsidP="00BB3D9C">
      <w:pPr>
        <w:spacing w:beforeLines="50" w:before="120" w:after="0" w:line="240" w:lineRule="auto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【注意事項】</w:t>
      </w:r>
    </w:p>
    <w:p w14:paraId="29B9742D" w14:textId="37B949E0" w:rsidR="00580A3D" w:rsidRPr="00764393" w:rsidRDefault="00764393" w:rsidP="00764393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</w:pPr>
      <w:r w:rsidRPr="00764393">
        <w:rPr>
          <w:rFonts w:ascii="Times New Roman" w:eastAsia="標楷體" w:hAnsi="Times New Roman" w:cs="Times New Roman"/>
          <w:color w:val="FF0000"/>
          <w:sz w:val="24"/>
          <w:szCs w:val="24"/>
          <w:lang w:eastAsia="zh-TW"/>
        </w:rPr>
        <w:t>*</w:t>
      </w:r>
      <w:proofErr w:type="gramStart"/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為必填欄位</w:t>
      </w:r>
      <w:proofErr w:type="gramEnd"/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。</w:t>
      </w:r>
    </w:p>
    <w:p w14:paraId="5F9193F3" w14:textId="44613632" w:rsidR="00764393" w:rsidRPr="00764393" w:rsidRDefault="00764393" w:rsidP="00764393">
      <w:pPr>
        <w:pStyle w:val="ae"/>
        <w:numPr>
          <w:ilvl w:val="0"/>
          <w:numId w:val="10"/>
        </w:numPr>
        <w:spacing w:after="0" w:line="240" w:lineRule="auto"/>
        <w:rPr>
          <w:rFonts w:ascii="Times New Roman" w:eastAsia="標楷體" w:hAnsi="Times New Roman" w:cs="Times New Roman"/>
          <w:sz w:val="24"/>
          <w:szCs w:val="24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請</w:t>
      </w:r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將</w:t>
      </w:r>
      <w:r w:rsidRPr="00764393">
        <w:rPr>
          <w:rFonts w:ascii="Times New Roman" w:eastAsia="標楷體" w:hAnsi="Times New Roman" w:cs="Times New Roman"/>
          <w:sz w:val="24"/>
          <w:szCs w:val="24"/>
          <w:highlight w:val="yellow"/>
          <w:lang w:eastAsia="zh-TW"/>
        </w:rPr>
        <w:t>申請表</w:t>
      </w:r>
      <w:r w:rsidRPr="00764393">
        <w:rPr>
          <w:rFonts w:ascii="Times New Roman" w:eastAsia="標楷體" w:hAnsi="Times New Roman" w:cs="Times New Roman"/>
          <w:sz w:val="24"/>
          <w:szCs w:val="24"/>
          <w:highlight w:val="yellow"/>
          <w:lang w:eastAsia="zh-TW"/>
        </w:rPr>
        <w:t>(</w:t>
      </w:r>
      <w:r w:rsidRPr="00764393">
        <w:rPr>
          <w:rFonts w:ascii="Times New Roman" w:eastAsia="標楷體" w:hAnsi="Times New Roman" w:cs="Times New Roman"/>
          <w:sz w:val="24"/>
          <w:szCs w:val="24"/>
          <w:highlight w:val="yellow"/>
          <w:lang w:eastAsia="zh-TW"/>
        </w:rPr>
        <w:t>包含圖檔</w:t>
      </w:r>
      <w:r w:rsidRPr="00764393">
        <w:rPr>
          <w:rFonts w:ascii="Times New Roman" w:eastAsia="標楷體" w:hAnsi="Times New Roman" w:cs="Times New Roman"/>
          <w:sz w:val="24"/>
          <w:szCs w:val="24"/>
          <w:highlight w:val="yellow"/>
          <w:lang w:eastAsia="zh-TW"/>
        </w:rPr>
        <w:t>)</w:t>
      </w:r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E-mail</w:t>
      </w:r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至</w:t>
      </w:r>
      <w:r w:rsidRPr="00BB3D9C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dept_cusr@stust.edu.tw</w:t>
      </w:r>
      <w:r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，信件主旨：</w:t>
      </w:r>
      <w:r w:rsidRPr="00764393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[TDA</w:t>
      </w:r>
      <w:r w:rsidRPr="00764393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刊登申請</w:t>
      </w:r>
      <w:r w:rsidRPr="00764393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]-</w:t>
      </w:r>
      <w:r w:rsidRPr="00764393">
        <w:rPr>
          <w:rFonts w:ascii="Times New Roman" w:eastAsia="標楷體" w:hAnsi="Times New Roman" w:cs="Times New Roman"/>
          <w:b/>
          <w:bCs/>
          <w:sz w:val="24"/>
          <w:szCs w:val="24"/>
          <w:lang w:eastAsia="zh-TW"/>
        </w:rPr>
        <w:t>活動名稱</w:t>
      </w:r>
    </w:p>
    <w:p w14:paraId="1BF99029" w14:textId="0CB57BCC" w:rsidR="00764393" w:rsidRPr="00BB3D9C" w:rsidRDefault="00BB3D9C" w:rsidP="00037886">
      <w:pPr>
        <w:pStyle w:val="ae"/>
        <w:numPr>
          <w:ilvl w:val="0"/>
          <w:numId w:val="10"/>
        </w:numPr>
        <w:spacing w:after="0" w:line="240" w:lineRule="auto"/>
        <w:rPr>
          <w:rFonts w:ascii="微軟正黑體" w:eastAsia="微軟正黑體" w:hAnsi="微軟正黑體"/>
          <w:lang w:eastAsia="zh-TW"/>
        </w:rPr>
      </w:pPr>
      <w:r>
        <w:rPr>
          <w:rFonts w:ascii="Times New Roman" w:eastAsia="標楷體" w:hAnsi="Times New Roman" w:cs="Times New Roman" w:hint="eastAsia"/>
          <w:sz w:val="24"/>
          <w:szCs w:val="24"/>
          <w:lang w:eastAsia="zh-TW"/>
        </w:rPr>
        <w:t>建議</w:t>
      </w:r>
      <w:r w:rsidR="00764393"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於活動前</w:t>
      </w:r>
      <w:r w:rsidRPr="00BB3D9C">
        <w:rPr>
          <w:rFonts w:ascii="Times New Roman" w:eastAsia="標楷體" w:hAnsi="Times New Roman" w:cs="Times New Roman"/>
          <w:color w:val="0000FF"/>
          <w:sz w:val="24"/>
          <w:szCs w:val="24"/>
          <w:lang w:eastAsia="zh-TW"/>
        </w:rPr>
        <w:t>至少</w:t>
      </w:r>
      <w:r w:rsidR="00764393" w:rsidRPr="00BB3D9C">
        <w:rPr>
          <w:rFonts w:ascii="Times New Roman" w:eastAsia="標楷體" w:hAnsi="Times New Roman" w:cs="Times New Roman"/>
          <w:color w:val="0000FF"/>
          <w:sz w:val="24"/>
          <w:szCs w:val="24"/>
          <w:lang w:eastAsia="zh-TW"/>
        </w:rPr>
        <w:t>7</w:t>
      </w:r>
      <w:r w:rsidR="00764393" w:rsidRPr="00BB3D9C">
        <w:rPr>
          <w:rFonts w:ascii="Times New Roman" w:eastAsia="標楷體" w:hAnsi="Times New Roman" w:cs="Times New Roman"/>
          <w:color w:val="0000FF"/>
          <w:sz w:val="24"/>
          <w:szCs w:val="24"/>
          <w:lang w:eastAsia="zh-TW"/>
        </w:rPr>
        <w:t>個工作天</w:t>
      </w:r>
      <w:r w:rsidR="00764393" w:rsidRPr="00764393">
        <w:rPr>
          <w:rFonts w:ascii="Times New Roman" w:eastAsia="標楷體" w:hAnsi="Times New Roman" w:cs="Times New Roman"/>
          <w:sz w:val="24"/>
          <w:szCs w:val="24"/>
          <w:lang w:eastAsia="zh-TW"/>
        </w:rPr>
        <w:t>送件，以免錯失宣傳時效。</w:t>
      </w:r>
    </w:p>
    <w:sectPr w:rsidR="00764393" w:rsidRPr="00BB3D9C" w:rsidSect="00037886">
      <w:footerReference w:type="default" r:id="rId8"/>
      <w:pgSz w:w="12240" w:h="15840"/>
      <w:pgMar w:top="720" w:right="720" w:bottom="720" w:left="720" w:header="68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BA71F" w14:textId="77777777" w:rsidR="003E6CA5" w:rsidRDefault="003E6CA5" w:rsidP="00B82221">
      <w:pPr>
        <w:spacing w:after="0" w:line="240" w:lineRule="auto"/>
      </w:pPr>
      <w:r>
        <w:separator/>
      </w:r>
    </w:p>
  </w:endnote>
  <w:endnote w:type="continuationSeparator" w:id="0">
    <w:p w14:paraId="05B6F31F" w14:textId="77777777" w:rsidR="003E6CA5" w:rsidRDefault="003E6CA5" w:rsidP="00B82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7454" w14:textId="11E69CD9" w:rsidR="00B82221" w:rsidRPr="00BB3D9C" w:rsidRDefault="00B82221" w:rsidP="00BB3D9C">
    <w:pPr>
      <w:pStyle w:val="a7"/>
      <w:wordWrap w:val="0"/>
      <w:jc w:val="right"/>
      <w:rPr>
        <w:rFonts w:ascii="Times New Roman" w:eastAsia="微軟正黑體" w:hAnsi="Times New Roman" w:cs="Times New Roman"/>
      </w:rPr>
    </w:pPr>
    <w:r w:rsidRPr="00BB3D9C">
      <w:rPr>
        <w:rFonts w:ascii="Times New Roman" w:eastAsia="微軟正黑體" w:hAnsi="Times New Roman" w:cs="Times New Roman"/>
        <w:lang w:eastAsia="zh-TW"/>
      </w:rPr>
      <w:t>2026/07/28</w:t>
    </w:r>
    <w:r w:rsidR="00BB3D9C" w:rsidRPr="00BB3D9C">
      <w:rPr>
        <w:rFonts w:ascii="Times New Roman" w:eastAsia="微軟正黑體" w:hAnsi="Times New Roman" w:cs="Times New Roman"/>
        <w:lang w:eastAsia="zh-TW"/>
      </w:rPr>
      <w:t xml:space="preserve"> V.1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B13E8" w14:textId="77777777" w:rsidR="003E6CA5" w:rsidRDefault="003E6CA5" w:rsidP="00B82221">
      <w:pPr>
        <w:spacing w:after="0" w:line="240" w:lineRule="auto"/>
      </w:pPr>
      <w:r>
        <w:separator/>
      </w:r>
    </w:p>
  </w:footnote>
  <w:footnote w:type="continuationSeparator" w:id="0">
    <w:p w14:paraId="6D2834AE" w14:textId="77777777" w:rsidR="003E6CA5" w:rsidRDefault="003E6CA5" w:rsidP="00B82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521FEA"/>
    <w:multiLevelType w:val="hybridMultilevel"/>
    <w:tmpl w:val="D33EAB1E"/>
    <w:lvl w:ilvl="0" w:tplc="47062482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886"/>
    <w:rsid w:val="0006063C"/>
    <w:rsid w:val="000953F8"/>
    <w:rsid w:val="0015074B"/>
    <w:rsid w:val="00281BF0"/>
    <w:rsid w:val="0029639D"/>
    <w:rsid w:val="002F44F5"/>
    <w:rsid w:val="00326F90"/>
    <w:rsid w:val="003E6CA5"/>
    <w:rsid w:val="00437A7F"/>
    <w:rsid w:val="00524805"/>
    <w:rsid w:val="0057714B"/>
    <w:rsid w:val="005779CA"/>
    <w:rsid w:val="00580A3D"/>
    <w:rsid w:val="005F2680"/>
    <w:rsid w:val="00764393"/>
    <w:rsid w:val="00965406"/>
    <w:rsid w:val="009D6775"/>
    <w:rsid w:val="009F038E"/>
    <w:rsid w:val="00AA1D8D"/>
    <w:rsid w:val="00B47730"/>
    <w:rsid w:val="00B82221"/>
    <w:rsid w:val="00BB3D9C"/>
    <w:rsid w:val="00CB0664"/>
    <w:rsid w:val="00D501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FCC341A"/>
  <w14:defaultImageDpi w14:val="300"/>
  <w15:docId w15:val="{6E7FCDD1-7BF4-4E2B-8C7F-55FE5B7D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524805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USR</cp:lastModifiedBy>
  <cp:revision>3</cp:revision>
  <dcterms:created xsi:type="dcterms:W3CDTF">2013-12-23T23:15:00Z</dcterms:created>
  <dcterms:modified xsi:type="dcterms:W3CDTF">2026-07-28T07:08:00Z</dcterms:modified>
  <cp:category/>
</cp:coreProperties>
</file>